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D4C9" w14:textId="5661C50C" w:rsidR="003F760B" w:rsidRPr="000B5DAB" w:rsidRDefault="00BE02F2" w:rsidP="00D86FDD">
      <w:pPr>
        <w:spacing w:after="0" w:line="240" w:lineRule="auto"/>
        <w:jc w:val="center"/>
        <w:rPr>
          <w:rFonts w:ascii="TH SarabunPSK" w:hAnsi="TH SarabunPSK" w:cs="TH SarabunPSK" w:hint="cs"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="003B5895" w:rsidRPr="000B5DAB">
        <w:rPr>
          <w:rFonts w:ascii="TH SarabunPSK" w:hAnsi="TH SarabunPSK" w:cs="TH SarabunPSK"/>
          <w:b/>
          <w:bCs/>
          <w:sz w:val="36"/>
          <w:szCs w:val="36"/>
        </w:rPr>
        <w:t>แบบ</w:t>
      </w:r>
      <w:r w:rsidR="00D86FDD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รายงานการปรับแก้ต้นฉบับบทความ</w:t>
      </w:r>
      <w:r>
        <w:rPr>
          <w:rFonts w:ascii="TH SarabunPSK" w:hAnsi="TH SarabunPSK" w:cs="TH SarabunPSK" w:hint="cs"/>
          <w:sz w:val="36"/>
          <w:szCs w:val="36"/>
          <w:cs/>
          <w:lang w:bidi="th-TH"/>
        </w:rPr>
        <w:t xml:space="preserve"> </w:t>
      </w:r>
      <w:r w:rsidRPr="00BE02F2">
        <w:rPr>
          <w:rFonts w:ascii="TH SarabunPSK" w:hAnsi="TH SarabunPSK" w:cs="TH SarabunPSK" w:hint="cs"/>
          <w:b/>
          <w:bCs/>
          <w:sz w:val="36"/>
          <w:szCs w:val="36"/>
          <w:u w:val="single"/>
          <w:cs/>
          <w:lang w:bidi="th-TH"/>
        </w:rPr>
        <w:t>กรณีบทความวิจัย</w:t>
      </w:r>
    </w:p>
    <w:p w14:paraId="106CAD61" w14:textId="765D723B" w:rsidR="009C0853" w:rsidRDefault="003B5895" w:rsidP="003F76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F760B">
        <w:rPr>
          <w:rFonts w:ascii="TH SarabunPSK" w:hAnsi="TH SarabunPSK" w:cs="TH SarabunPSK"/>
          <w:sz w:val="32"/>
          <w:szCs w:val="32"/>
        </w:rPr>
        <w:t xml:space="preserve"> </w:t>
      </w:r>
      <w:r w:rsidRPr="003F760B">
        <w:rPr>
          <w:rFonts w:ascii="TH SarabunPSK" w:hAnsi="TH SarabunPSK" w:cs="TH SarabunPSK"/>
          <w:sz w:val="32"/>
          <w:szCs w:val="32"/>
        </w:rPr>
        <w:br/>
      </w:r>
      <w:r w:rsidRPr="009C0853">
        <w:rPr>
          <w:rFonts w:ascii="TH SarabunPSK" w:hAnsi="TH SarabunPSK" w:cs="TH SarabunPSK"/>
          <w:b/>
          <w:bCs/>
          <w:sz w:val="32"/>
          <w:szCs w:val="32"/>
        </w:rPr>
        <w:t>ชื่</w:t>
      </w:r>
      <w:r w:rsidR="009C0853" w:rsidRPr="009C085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อบทความ</w:t>
      </w:r>
      <w:r w:rsidRPr="003F760B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r w:rsidR="003F760B">
        <w:rPr>
          <w:rFonts w:ascii="TH SarabunPSK" w:hAnsi="TH SarabunPSK" w:cs="TH SarabunPSK"/>
          <w:sz w:val="32"/>
          <w:szCs w:val="32"/>
        </w:rPr>
        <w:t>…..</w:t>
      </w:r>
      <w:r w:rsidRPr="003F760B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="00167C86">
        <w:rPr>
          <w:rFonts w:ascii="TH SarabunPSK" w:hAnsi="TH SarabunPSK" w:cs="TH SarabunPSK"/>
          <w:sz w:val="32"/>
          <w:szCs w:val="32"/>
        </w:rPr>
        <w:t>……………………</w:t>
      </w:r>
      <w:r w:rsidRPr="003F760B">
        <w:rPr>
          <w:rFonts w:ascii="TH SarabunPSK" w:hAnsi="TH SarabunPSK" w:cs="TH SarabunPSK"/>
          <w:sz w:val="32"/>
          <w:szCs w:val="32"/>
        </w:rPr>
        <w:t>...............................</w:t>
      </w:r>
    </w:p>
    <w:p w14:paraId="4D74B8BF" w14:textId="55A5D084" w:rsidR="008F02B0" w:rsidRDefault="009C0853" w:rsidP="00D86F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  <w:r w:rsidRPr="003F760B">
        <w:rPr>
          <w:rFonts w:ascii="TH SarabunPSK" w:hAnsi="TH SarabunPSK" w:cs="TH SarabunPSK"/>
          <w:sz w:val="32"/>
          <w:szCs w:val="32"/>
        </w:rPr>
        <w:br/>
      </w:r>
    </w:p>
    <w:tbl>
      <w:tblPr>
        <w:tblStyle w:val="aff2"/>
        <w:tblW w:w="9600" w:type="dxa"/>
        <w:tblLook w:val="04A0" w:firstRow="1" w:lastRow="0" w:firstColumn="1" w:lastColumn="0" w:noHBand="0" w:noVBand="1"/>
      </w:tblPr>
      <w:tblGrid>
        <w:gridCol w:w="2448"/>
        <w:gridCol w:w="3960"/>
        <w:gridCol w:w="3192"/>
      </w:tblGrid>
      <w:tr w:rsidR="00D86FDD" w14:paraId="3430678E" w14:textId="77777777" w:rsidTr="00D86FDD">
        <w:tc>
          <w:tcPr>
            <w:tcW w:w="2448" w:type="dxa"/>
          </w:tcPr>
          <w:p w14:paraId="5F89F6BB" w14:textId="6939EE62" w:rsidR="00D86FDD" w:rsidRDefault="00D86FDD" w:rsidP="00D86F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หัวข้อการแก้ไข</w:t>
            </w:r>
          </w:p>
        </w:tc>
        <w:tc>
          <w:tcPr>
            <w:tcW w:w="3960" w:type="dxa"/>
          </w:tcPr>
          <w:p w14:paraId="4ACB3D9F" w14:textId="703FBF1F" w:rsidR="00D86FDD" w:rsidRDefault="00D86FDD" w:rsidP="00D86F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ข้อแก้ไข / ข้อเสนอแนะจากผู้ทรงคุณวุฒิ</w:t>
            </w:r>
          </w:p>
        </w:tc>
        <w:tc>
          <w:tcPr>
            <w:tcW w:w="3192" w:type="dxa"/>
          </w:tcPr>
          <w:p w14:paraId="7207E6DC" w14:textId="1446098F" w:rsidR="00D86FDD" w:rsidRDefault="00D86FDD" w:rsidP="00D86F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รายละเอียดการแก้ไข</w:t>
            </w:r>
          </w:p>
        </w:tc>
      </w:tr>
      <w:tr w:rsidR="00BE02F2" w14:paraId="53867266" w14:textId="77777777" w:rsidTr="00D86FDD">
        <w:tc>
          <w:tcPr>
            <w:tcW w:w="2448" w:type="dxa"/>
          </w:tcPr>
          <w:p w14:paraId="4327E823" w14:textId="564C031C" w:rsidR="00BE02F2" w:rsidRDefault="00BE02F2" w:rsidP="00D86FDD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ชื่อบทความ</w:t>
            </w:r>
          </w:p>
        </w:tc>
        <w:tc>
          <w:tcPr>
            <w:tcW w:w="3960" w:type="dxa"/>
          </w:tcPr>
          <w:p w14:paraId="6D016CEA" w14:textId="77777777" w:rsidR="00BE02F2" w:rsidRDefault="00BE02F2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6ABC43EB" w14:textId="77777777" w:rsidR="00BE02F2" w:rsidRDefault="00BE02F2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08DDC07B" w14:textId="77777777" w:rsidTr="00D86FDD">
        <w:tc>
          <w:tcPr>
            <w:tcW w:w="2448" w:type="dxa"/>
          </w:tcPr>
          <w:p w14:paraId="40018023" w14:textId="17E2D99F" w:rsidR="00D86FDD" w:rsidRDefault="00BE02F2" w:rsidP="00D86F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D86FD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D86F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บทคัดย่อ/</w:t>
            </w:r>
            <w:r w:rsidR="00D86FDD">
              <w:rPr>
                <w:rFonts w:ascii="TH SarabunPSK" w:hAnsi="TH SarabunPSK" w:cs="TH SarabunPSK"/>
                <w:sz w:val="32"/>
                <w:szCs w:val="32"/>
                <w:lang w:bidi="th-TH"/>
              </w:rPr>
              <w:t>Abstract</w:t>
            </w:r>
          </w:p>
        </w:tc>
        <w:tc>
          <w:tcPr>
            <w:tcW w:w="3960" w:type="dxa"/>
          </w:tcPr>
          <w:p w14:paraId="149D987B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7CEF7162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29DB8E09" w14:textId="77777777" w:rsidTr="00D86FDD">
        <w:tc>
          <w:tcPr>
            <w:tcW w:w="2448" w:type="dxa"/>
          </w:tcPr>
          <w:p w14:paraId="3E2DD62C" w14:textId="590AF86D" w:rsidR="00D86FDD" w:rsidRDefault="00BE02F2" w:rsidP="00D86FDD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D86FD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E4215A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ที่มาและความสำคัญ</w:t>
            </w:r>
            <w:r w:rsidR="00D86F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3960" w:type="dxa"/>
          </w:tcPr>
          <w:p w14:paraId="7F7E2541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25683590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5ED32597" w14:textId="77777777" w:rsidTr="00D86FDD">
        <w:tc>
          <w:tcPr>
            <w:tcW w:w="2448" w:type="dxa"/>
          </w:tcPr>
          <w:p w14:paraId="66E4B600" w14:textId="58BB976D" w:rsidR="00D86FDD" w:rsidRDefault="00BE02F2" w:rsidP="00D86FDD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D86FD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D86F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วัตถุประสงค์</w:t>
            </w:r>
          </w:p>
        </w:tc>
        <w:tc>
          <w:tcPr>
            <w:tcW w:w="3960" w:type="dxa"/>
          </w:tcPr>
          <w:p w14:paraId="6F2709D2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47B0A5BD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3768C00D" w14:textId="77777777" w:rsidTr="00D86FDD">
        <w:tc>
          <w:tcPr>
            <w:tcW w:w="2448" w:type="dxa"/>
          </w:tcPr>
          <w:p w14:paraId="6555FB34" w14:textId="1F281D53" w:rsidR="00D86FDD" w:rsidRDefault="00BE02F2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D86FD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D86F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การทบทวนวรรณกรรม</w:t>
            </w:r>
          </w:p>
        </w:tc>
        <w:tc>
          <w:tcPr>
            <w:tcW w:w="3960" w:type="dxa"/>
          </w:tcPr>
          <w:p w14:paraId="2E92E291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540AA4FF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22EB7D91" w14:textId="77777777" w:rsidTr="00D86FDD">
        <w:tc>
          <w:tcPr>
            <w:tcW w:w="2448" w:type="dxa"/>
          </w:tcPr>
          <w:p w14:paraId="48EA627C" w14:textId="66912073" w:rsidR="00D86FDD" w:rsidRDefault="00BE02F2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D86FD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D86F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กรอบแนวคิ</w:t>
            </w:r>
            <w:r w:rsidR="00167C8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ด</w:t>
            </w:r>
            <w:r w:rsidR="00D86F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การวิจัย</w:t>
            </w:r>
          </w:p>
        </w:tc>
        <w:tc>
          <w:tcPr>
            <w:tcW w:w="3960" w:type="dxa"/>
          </w:tcPr>
          <w:p w14:paraId="62D0FB8C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064F1529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1AA594AB" w14:textId="77777777" w:rsidTr="00D86FDD">
        <w:tc>
          <w:tcPr>
            <w:tcW w:w="2448" w:type="dxa"/>
          </w:tcPr>
          <w:p w14:paraId="556530BF" w14:textId="7C37983C" w:rsidR="00D86FDD" w:rsidRDefault="00BE02F2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D86FD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D86F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วิธีดำเนินการวิจัย</w:t>
            </w:r>
          </w:p>
        </w:tc>
        <w:tc>
          <w:tcPr>
            <w:tcW w:w="3960" w:type="dxa"/>
          </w:tcPr>
          <w:p w14:paraId="260BEF39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32E51D66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64178C08" w14:textId="77777777" w:rsidTr="00D86FDD">
        <w:tc>
          <w:tcPr>
            <w:tcW w:w="2448" w:type="dxa"/>
          </w:tcPr>
          <w:p w14:paraId="6A19FB44" w14:textId="300CB637" w:rsidR="00D86FDD" w:rsidRDefault="00BE02F2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D86FD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D86F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ผลการวิจัย</w:t>
            </w:r>
          </w:p>
        </w:tc>
        <w:tc>
          <w:tcPr>
            <w:tcW w:w="3960" w:type="dxa"/>
          </w:tcPr>
          <w:p w14:paraId="01C93F04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208331BB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793FDB3D" w14:textId="77777777" w:rsidTr="00D86FDD">
        <w:tc>
          <w:tcPr>
            <w:tcW w:w="2448" w:type="dxa"/>
          </w:tcPr>
          <w:p w14:paraId="0DE3704B" w14:textId="76F7E938" w:rsidR="00D86FDD" w:rsidRDefault="00BE02F2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D86FD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D86F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การอภิปรายผล</w:t>
            </w:r>
          </w:p>
        </w:tc>
        <w:tc>
          <w:tcPr>
            <w:tcW w:w="3960" w:type="dxa"/>
          </w:tcPr>
          <w:p w14:paraId="6957AA3C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632ABA74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3C040595" w14:textId="77777777" w:rsidTr="00D86FDD">
        <w:tc>
          <w:tcPr>
            <w:tcW w:w="2448" w:type="dxa"/>
          </w:tcPr>
          <w:p w14:paraId="3ACB18A2" w14:textId="42CCC0AB" w:rsidR="00D86FDD" w:rsidRDefault="00BE02F2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D86FD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D86FDD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องค์ความรู้ใหม่</w:t>
            </w:r>
          </w:p>
        </w:tc>
        <w:tc>
          <w:tcPr>
            <w:tcW w:w="3960" w:type="dxa"/>
          </w:tcPr>
          <w:p w14:paraId="1C7CD6D2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7C49F334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73DB9262" w14:textId="77777777" w:rsidTr="00D86FDD">
        <w:tc>
          <w:tcPr>
            <w:tcW w:w="2448" w:type="dxa"/>
          </w:tcPr>
          <w:p w14:paraId="7F024948" w14:textId="0BE095D1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BE02F2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เอกสารอ้างอิง</w:t>
            </w:r>
          </w:p>
        </w:tc>
        <w:tc>
          <w:tcPr>
            <w:tcW w:w="3960" w:type="dxa"/>
          </w:tcPr>
          <w:p w14:paraId="15C23BCE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577D0FFF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60158373" w14:textId="77777777" w:rsidTr="00D86FDD">
        <w:tc>
          <w:tcPr>
            <w:tcW w:w="2448" w:type="dxa"/>
          </w:tcPr>
          <w:p w14:paraId="14D2C060" w14:textId="151FF887" w:rsidR="00D86FDD" w:rsidRDefault="00D86FDD" w:rsidP="00D86FDD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BE02F2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อื่น ๆ</w:t>
            </w:r>
            <w:r w:rsidR="00BE02F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เช่น กิตติกรรมประกาศ ข้อความชี้แจงการใช้ </w:t>
            </w:r>
            <w:r w:rsidR="00BE02F2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AI </w:t>
            </w:r>
            <w:r w:rsidR="00BE02F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ในการเขียนบทความ</w:t>
            </w:r>
          </w:p>
        </w:tc>
        <w:tc>
          <w:tcPr>
            <w:tcW w:w="3960" w:type="dxa"/>
          </w:tcPr>
          <w:p w14:paraId="742AF1EC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2E8FDCC7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D5B495F" w14:textId="231B5D32" w:rsidR="00D86FDD" w:rsidRDefault="00D86FDD" w:rsidP="00D86F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BD31D8E" w14:textId="77777777" w:rsidR="003B5895" w:rsidRDefault="003B5895" w:rsidP="00D86F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654DDE" w14:textId="768B78C7" w:rsidR="00D86FDD" w:rsidRPr="00D86FDD" w:rsidRDefault="004C3352" w:rsidP="00D86FDD">
      <w:pPr>
        <w:spacing w:after="0" w:line="240" w:lineRule="auto"/>
        <w:ind w:left="43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ลง</w:t>
      </w:r>
      <w:r w:rsidRPr="008F02B0">
        <w:rPr>
          <w:rFonts w:ascii="TH SarabunPSK" w:hAnsi="TH SarabunPSK" w:cs="TH SarabunPSK"/>
          <w:b/>
          <w:bCs/>
          <w:sz w:val="32"/>
          <w:szCs w:val="32"/>
        </w:rPr>
        <w:t>ลายมือชื่อผู้</w:t>
      </w:r>
      <w:r w:rsidR="00D86FD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ปรับแก้ต้นฉบับบทความ</w:t>
      </w:r>
      <w:r w:rsidR="00D86FDD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/ </w:t>
      </w:r>
      <w:r w:rsidR="00D86FD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ผู้ส่งบทความ</w:t>
      </w:r>
    </w:p>
    <w:p w14:paraId="5D47099E" w14:textId="42035497" w:rsidR="00D86FDD" w:rsidRPr="00D86FDD" w:rsidRDefault="00D86FDD" w:rsidP="00D86FDD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  <w:lang w:bidi="th-TH"/>
        </w:rPr>
      </w:pPr>
      <w:r w:rsidRPr="00D86FDD">
        <w:rPr>
          <w:rFonts w:ascii="TH SarabunPSK" w:hAnsi="TH SarabunPSK" w:cs="TH SarabunPSK"/>
          <w:sz w:val="32"/>
          <w:szCs w:val="32"/>
          <w:lang w:bidi="th-TH"/>
        </w:rPr>
        <w:t xml:space="preserve">            ………………………………………</w:t>
      </w:r>
      <w:r>
        <w:rPr>
          <w:rFonts w:ascii="TH SarabunPSK" w:hAnsi="TH SarabunPSK" w:cs="TH SarabunPSK"/>
          <w:sz w:val="32"/>
          <w:szCs w:val="32"/>
          <w:lang w:bidi="th-TH"/>
        </w:rPr>
        <w:t>…</w:t>
      </w:r>
      <w:r w:rsidRPr="00D86FDD">
        <w:rPr>
          <w:rFonts w:ascii="TH SarabunPSK" w:hAnsi="TH SarabunPSK" w:cs="TH SarabunPSK"/>
          <w:sz w:val="32"/>
          <w:szCs w:val="32"/>
          <w:lang w:bidi="th-TH"/>
        </w:rPr>
        <w:t>…………………</w:t>
      </w:r>
    </w:p>
    <w:p w14:paraId="365FCF31" w14:textId="28C75120" w:rsidR="008F02B0" w:rsidRDefault="00D86FDD" w:rsidP="00D86FDD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            ( </w:t>
      </w:r>
      <w:r w:rsidR="008F02B0" w:rsidRPr="003F760B">
        <w:rPr>
          <w:rFonts w:ascii="TH SarabunPSK" w:hAnsi="TH SarabunPSK" w:cs="TH SarabunPSK"/>
          <w:sz w:val="32"/>
          <w:szCs w:val="32"/>
        </w:rPr>
        <w:t>………………………</w:t>
      </w:r>
      <w:r w:rsidR="008F02B0">
        <w:rPr>
          <w:rFonts w:ascii="TH SarabunPSK" w:hAnsi="TH SarabunPSK" w:cs="TH SarabunPSK"/>
          <w:sz w:val="32"/>
          <w:szCs w:val="32"/>
        </w:rPr>
        <w:t>….</w:t>
      </w:r>
      <w:r w:rsidR="008F02B0" w:rsidRPr="003F760B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/>
          <w:sz w:val="32"/>
          <w:szCs w:val="32"/>
        </w:rPr>
        <w:t>…………………..)</w:t>
      </w:r>
    </w:p>
    <w:p w14:paraId="4A2E6C23" w14:textId="69C9B7F1" w:rsidR="008F02B0" w:rsidRDefault="00D86FDD" w:rsidP="00E546A0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วัน/เดือน/ปี ......................../............................./.................</w:t>
      </w:r>
    </w:p>
    <w:p w14:paraId="7AA29095" w14:textId="1D21BAFD" w:rsidR="00BE02F2" w:rsidRDefault="00BE02F2" w:rsidP="00BE02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0F2CB1" w14:textId="0B323F4C" w:rsidR="003B5895" w:rsidRDefault="003B5895" w:rsidP="00BE02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B2F48B" w14:textId="77777777" w:rsidR="003B5895" w:rsidRDefault="003B5895" w:rsidP="00BE02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6FED4D" w14:textId="4F12C1B1" w:rsidR="00BE02F2" w:rsidRPr="000B5DAB" w:rsidRDefault="00BE02F2" w:rsidP="00BE02F2">
      <w:pPr>
        <w:spacing w:after="0" w:line="240" w:lineRule="auto"/>
        <w:jc w:val="center"/>
        <w:rPr>
          <w:rFonts w:ascii="TH SarabunPSK" w:hAnsi="TH SarabunPSK" w:cs="TH SarabunPSK" w:hint="cs"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 </w:t>
      </w:r>
      <w:r w:rsidRPr="000B5DAB">
        <w:rPr>
          <w:rFonts w:ascii="TH SarabunPSK" w:hAnsi="TH SarabunPSK" w:cs="TH SarabunPSK"/>
          <w:b/>
          <w:bCs/>
          <w:sz w:val="36"/>
          <w:szCs w:val="36"/>
        </w:rPr>
        <w:t>แบบ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รายงานการปรับแก้ต้นฉบับบทความ</w:t>
      </w:r>
      <w:r>
        <w:rPr>
          <w:rFonts w:ascii="TH SarabunPSK" w:hAnsi="TH SarabunPSK" w:cs="TH SarabunPSK" w:hint="cs"/>
          <w:sz w:val="36"/>
          <w:szCs w:val="36"/>
          <w:cs/>
          <w:lang w:bidi="th-TH"/>
        </w:rPr>
        <w:t xml:space="preserve"> </w:t>
      </w:r>
      <w:r w:rsidRPr="00BE02F2">
        <w:rPr>
          <w:rFonts w:ascii="TH SarabunPSK" w:hAnsi="TH SarabunPSK" w:cs="TH SarabunPSK" w:hint="cs"/>
          <w:b/>
          <w:bCs/>
          <w:sz w:val="36"/>
          <w:szCs w:val="36"/>
          <w:u w:val="single"/>
          <w:cs/>
          <w:lang w:bidi="th-TH"/>
        </w:rPr>
        <w:t>กรณีบทความวิ</w:t>
      </w:r>
      <w:r>
        <w:rPr>
          <w:rFonts w:ascii="TH SarabunPSK" w:hAnsi="TH SarabunPSK" w:cs="TH SarabunPSK" w:hint="cs"/>
          <w:b/>
          <w:bCs/>
          <w:sz w:val="36"/>
          <w:szCs w:val="36"/>
          <w:u w:val="single"/>
          <w:cs/>
          <w:lang w:bidi="th-TH"/>
        </w:rPr>
        <w:t>ชาการ</w:t>
      </w:r>
    </w:p>
    <w:p w14:paraId="12EF838F" w14:textId="77777777" w:rsidR="00BE02F2" w:rsidRDefault="00BE02F2" w:rsidP="00BE02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F760B">
        <w:rPr>
          <w:rFonts w:ascii="TH SarabunPSK" w:hAnsi="TH SarabunPSK" w:cs="TH SarabunPSK"/>
          <w:sz w:val="32"/>
          <w:szCs w:val="32"/>
        </w:rPr>
        <w:t xml:space="preserve"> </w:t>
      </w:r>
      <w:r w:rsidRPr="003F760B">
        <w:rPr>
          <w:rFonts w:ascii="TH SarabunPSK" w:hAnsi="TH SarabunPSK" w:cs="TH SarabunPSK"/>
          <w:sz w:val="32"/>
          <w:szCs w:val="32"/>
        </w:rPr>
        <w:br/>
      </w:r>
      <w:r w:rsidRPr="009C0853">
        <w:rPr>
          <w:rFonts w:ascii="TH SarabunPSK" w:hAnsi="TH SarabunPSK" w:cs="TH SarabunPSK"/>
          <w:b/>
          <w:bCs/>
          <w:sz w:val="32"/>
          <w:szCs w:val="32"/>
        </w:rPr>
        <w:t>ชื่</w:t>
      </w:r>
      <w:r w:rsidRPr="009C085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อบทความ</w:t>
      </w:r>
      <w:r w:rsidRPr="003F760B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…..</w:t>
      </w:r>
      <w:r w:rsidRPr="003F760B">
        <w:rPr>
          <w:rFonts w:ascii="TH SarabunPSK" w:hAnsi="TH SarabunPSK" w:cs="TH SarabunPSK"/>
          <w:sz w:val="32"/>
          <w:szCs w:val="32"/>
        </w:rPr>
        <w:t>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3F760B">
        <w:rPr>
          <w:rFonts w:ascii="TH SarabunPSK" w:hAnsi="TH SarabunPSK" w:cs="TH SarabunPSK"/>
          <w:sz w:val="32"/>
          <w:szCs w:val="32"/>
        </w:rPr>
        <w:t>...............................</w:t>
      </w:r>
    </w:p>
    <w:p w14:paraId="0996BD99" w14:textId="77777777" w:rsidR="00BE02F2" w:rsidRDefault="00BE02F2" w:rsidP="00BE02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  <w:r w:rsidRPr="003F760B">
        <w:rPr>
          <w:rFonts w:ascii="TH SarabunPSK" w:hAnsi="TH SarabunPSK" w:cs="TH SarabunPSK"/>
          <w:sz w:val="32"/>
          <w:szCs w:val="32"/>
        </w:rPr>
        <w:br/>
      </w:r>
    </w:p>
    <w:tbl>
      <w:tblPr>
        <w:tblStyle w:val="aff2"/>
        <w:tblW w:w="9600" w:type="dxa"/>
        <w:tblLook w:val="04A0" w:firstRow="1" w:lastRow="0" w:firstColumn="1" w:lastColumn="0" w:noHBand="0" w:noVBand="1"/>
      </w:tblPr>
      <w:tblGrid>
        <w:gridCol w:w="2448"/>
        <w:gridCol w:w="3960"/>
        <w:gridCol w:w="3192"/>
      </w:tblGrid>
      <w:tr w:rsidR="00BE02F2" w14:paraId="5E1486E3" w14:textId="77777777" w:rsidTr="00775260">
        <w:tc>
          <w:tcPr>
            <w:tcW w:w="2448" w:type="dxa"/>
          </w:tcPr>
          <w:p w14:paraId="76F45658" w14:textId="77777777" w:rsidR="00BE02F2" w:rsidRDefault="00BE02F2" w:rsidP="0077526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หัวข้อการแก้ไข</w:t>
            </w:r>
          </w:p>
        </w:tc>
        <w:tc>
          <w:tcPr>
            <w:tcW w:w="3960" w:type="dxa"/>
          </w:tcPr>
          <w:p w14:paraId="16A15DEA" w14:textId="77777777" w:rsidR="00BE02F2" w:rsidRDefault="00BE02F2" w:rsidP="0077526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ข้อแก้ไข / ข้อเสนอแนะจากผู้ทรงคุณวุฒิ</w:t>
            </w:r>
          </w:p>
        </w:tc>
        <w:tc>
          <w:tcPr>
            <w:tcW w:w="3192" w:type="dxa"/>
          </w:tcPr>
          <w:p w14:paraId="479C9BDF" w14:textId="77777777" w:rsidR="00BE02F2" w:rsidRDefault="00BE02F2" w:rsidP="0077526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รายละเอียดการแก้ไข</w:t>
            </w:r>
          </w:p>
        </w:tc>
      </w:tr>
      <w:tr w:rsidR="00BE02F2" w14:paraId="35A1E50F" w14:textId="77777777" w:rsidTr="00775260">
        <w:tc>
          <w:tcPr>
            <w:tcW w:w="2448" w:type="dxa"/>
          </w:tcPr>
          <w:p w14:paraId="4FBE6CF4" w14:textId="1E69C289" w:rsidR="00BE02F2" w:rsidRDefault="00BE02F2" w:rsidP="00775260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ชื่อบทความ</w:t>
            </w:r>
          </w:p>
        </w:tc>
        <w:tc>
          <w:tcPr>
            <w:tcW w:w="3960" w:type="dxa"/>
          </w:tcPr>
          <w:p w14:paraId="5766A8CD" w14:textId="77777777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1866AA59" w14:textId="77777777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02F2" w14:paraId="7E1096E1" w14:textId="77777777" w:rsidTr="00775260">
        <w:tc>
          <w:tcPr>
            <w:tcW w:w="2448" w:type="dxa"/>
          </w:tcPr>
          <w:p w14:paraId="54879A3D" w14:textId="7630339D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บทคัดย่อ</w:t>
            </w:r>
          </w:p>
        </w:tc>
        <w:tc>
          <w:tcPr>
            <w:tcW w:w="3960" w:type="dxa"/>
          </w:tcPr>
          <w:p w14:paraId="1A323BC8" w14:textId="77777777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142C2EEB" w14:textId="77777777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02F2" w14:paraId="18F574AD" w14:textId="77777777" w:rsidTr="00775260">
        <w:tc>
          <w:tcPr>
            <w:tcW w:w="2448" w:type="dxa"/>
          </w:tcPr>
          <w:p w14:paraId="5D7927B4" w14:textId="3239058C" w:rsidR="00BE02F2" w:rsidRDefault="00BE02F2" w:rsidP="00775260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Abstract</w:t>
            </w:r>
          </w:p>
        </w:tc>
        <w:tc>
          <w:tcPr>
            <w:tcW w:w="3960" w:type="dxa"/>
          </w:tcPr>
          <w:p w14:paraId="0BF508DF" w14:textId="77777777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52621CBE" w14:textId="77777777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02F2" w14:paraId="22AF2854" w14:textId="77777777" w:rsidTr="00775260">
        <w:tc>
          <w:tcPr>
            <w:tcW w:w="2448" w:type="dxa"/>
          </w:tcPr>
          <w:p w14:paraId="1B89C78C" w14:textId="62DA2B92" w:rsidR="00BE02F2" w:rsidRDefault="00BE02F2" w:rsidP="00775260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บทนำ</w:t>
            </w:r>
          </w:p>
        </w:tc>
        <w:tc>
          <w:tcPr>
            <w:tcW w:w="3960" w:type="dxa"/>
          </w:tcPr>
          <w:p w14:paraId="49B1C257" w14:textId="77777777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437961F1" w14:textId="77777777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02F2" w14:paraId="1BB0D1A6" w14:textId="77777777" w:rsidTr="00775260">
        <w:tc>
          <w:tcPr>
            <w:tcW w:w="2448" w:type="dxa"/>
          </w:tcPr>
          <w:p w14:paraId="34AAE6D3" w14:textId="70427354" w:rsidR="00BE02F2" w:rsidRDefault="00BE02F2" w:rsidP="00775260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ส่วนเนื้อหา</w:t>
            </w:r>
          </w:p>
        </w:tc>
        <w:tc>
          <w:tcPr>
            <w:tcW w:w="3960" w:type="dxa"/>
          </w:tcPr>
          <w:p w14:paraId="120C8A3E" w14:textId="77777777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53135B" w14:textId="77777777" w:rsidR="003B5895" w:rsidRDefault="003B5895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EDC8F7" w14:textId="77777777" w:rsidR="003B5895" w:rsidRDefault="003B5895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682F39" w14:textId="77777777" w:rsidR="003B5895" w:rsidRDefault="003B5895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A70567" w14:textId="77777777" w:rsidR="003B5895" w:rsidRDefault="003B5895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F4F0E9" w14:textId="3EE8663D" w:rsidR="003B5895" w:rsidRDefault="003B5895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62CADDEE" w14:textId="77777777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02F2" w14:paraId="66D6B0F6" w14:textId="77777777" w:rsidTr="00775260">
        <w:tc>
          <w:tcPr>
            <w:tcW w:w="2448" w:type="dxa"/>
          </w:tcPr>
          <w:p w14:paraId="69678D24" w14:textId="721D6E90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องค์ความรู้ใหม่</w:t>
            </w:r>
          </w:p>
        </w:tc>
        <w:tc>
          <w:tcPr>
            <w:tcW w:w="3960" w:type="dxa"/>
          </w:tcPr>
          <w:p w14:paraId="449E94FD" w14:textId="77777777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12C691DE" w14:textId="77777777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02F2" w14:paraId="3D45EA46" w14:textId="77777777" w:rsidTr="00775260">
        <w:tc>
          <w:tcPr>
            <w:tcW w:w="2448" w:type="dxa"/>
          </w:tcPr>
          <w:p w14:paraId="554FB9DD" w14:textId="18FEAE3C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บทสรุป</w:t>
            </w:r>
          </w:p>
        </w:tc>
        <w:tc>
          <w:tcPr>
            <w:tcW w:w="3960" w:type="dxa"/>
          </w:tcPr>
          <w:p w14:paraId="6E9A2DB9" w14:textId="77777777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2BD8F544" w14:textId="77777777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02F2" w14:paraId="1063715F" w14:textId="77777777" w:rsidTr="00775260">
        <w:tc>
          <w:tcPr>
            <w:tcW w:w="2448" w:type="dxa"/>
          </w:tcPr>
          <w:p w14:paraId="3994844A" w14:textId="1FA897DE" w:rsidR="00BE02F2" w:rsidRDefault="00BE02F2" w:rsidP="00775260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อื่น ๆ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เช่น กิตติกรรมประกาศ ข้อความชี้แจงการใช้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AI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ในการเขียนบทความ เป็นต้น</w:t>
            </w:r>
          </w:p>
        </w:tc>
        <w:tc>
          <w:tcPr>
            <w:tcW w:w="3960" w:type="dxa"/>
          </w:tcPr>
          <w:p w14:paraId="11A3D2BE" w14:textId="77777777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54D87DEB" w14:textId="77777777" w:rsidR="00BE02F2" w:rsidRDefault="00BE02F2" w:rsidP="007752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2010A8C" w14:textId="77777777" w:rsidR="00BE02F2" w:rsidRDefault="00BE02F2" w:rsidP="00BE02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FE902D" w14:textId="77777777" w:rsidR="00BE02F2" w:rsidRPr="00D86FDD" w:rsidRDefault="00BE02F2" w:rsidP="00BE02F2">
      <w:pPr>
        <w:spacing w:after="0" w:line="240" w:lineRule="auto"/>
        <w:ind w:left="43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ลง</w:t>
      </w:r>
      <w:r w:rsidRPr="008F02B0">
        <w:rPr>
          <w:rFonts w:ascii="TH SarabunPSK" w:hAnsi="TH SarabunPSK" w:cs="TH SarabunPSK"/>
          <w:b/>
          <w:bCs/>
          <w:sz w:val="32"/>
          <w:szCs w:val="32"/>
        </w:rPr>
        <w:t>ลายมือชื่อผู้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ปรับแก้ต้นฉบับบทความ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/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ผู้ส่งบทความ</w:t>
      </w:r>
    </w:p>
    <w:p w14:paraId="1CEDD6BB" w14:textId="77777777" w:rsidR="00BE02F2" w:rsidRPr="00D86FDD" w:rsidRDefault="00BE02F2" w:rsidP="00BE02F2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  <w:lang w:bidi="th-TH"/>
        </w:rPr>
      </w:pPr>
      <w:r w:rsidRPr="00D86FDD">
        <w:rPr>
          <w:rFonts w:ascii="TH SarabunPSK" w:hAnsi="TH SarabunPSK" w:cs="TH SarabunPSK"/>
          <w:sz w:val="32"/>
          <w:szCs w:val="32"/>
          <w:lang w:bidi="th-TH"/>
        </w:rPr>
        <w:t xml:space="preserve">            ………………………………………</w:t>
      </w:r>
      <w:r>
        <w:rPr>
          <w:rFonts w:ascii="TH SarabunPSK" w:hAnsi="TH SarabunPSK" w:cs="TH SarabunPSK"/>
          <w:sz w:val="32"/>
          <w:szCs w:val="32"/>
          <w:lang w:bidi="th-TH"/>
        </w:rPr>
        <w:t>…</w:t>
      </w:r>
      <w:r w:rsidRPr="00D86FDD">
        <w:rPr>
          <w:rFonts w:ascii="TH SarabunPSK" w:hAnsi="TH SarabunPSK" w:cs="TH SarabunPSK"/>
          <w:sz w:val="32"/>
          <w:szCs w:val="32"/>
          <w:lang w:bidi="th-TH"/>
        </w:rPr>
        <w:t>…………………</w:t>
      </w:r>
    </w:p>
    <w:p w14:paraId="6B53893D" w14:textId="77777777" w:rsidR="00BE02F2" w:rsidRDefault="00BE02F2" w:rsidP="00BE02F2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            ( </w:t>
      </w:r>
      <w:r w:rsidRPr="003F760B">
        <w:rPr>
          <w:rFonts w:ascii="TH SarabunPSK" w:hAnsi="TH SarabunPSK" w:cs="TH SarabunPSK"/>
          <w:sz w:val="32"/>
          <w:szCs w:val="32"/>
        </w:rPr>
        <w:t>………………………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3F760B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/>
          <w:sz w:val="32"/>
          <w:szCs w:val="32"/>
        </w:rPr>
        <w:t>…………………..)</w:t>
      </w:r>
    </w:p>
    <w:p w14:paraId="7EC4EA09" w14:textId="77777777" w:rsidR="00BE02F2" w:rsidRDefault="00BE02F2" w:rsidP="00BE02F2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วัน/เดือน/ปี ......................../............................./.................</w:t>
      </w:r>
    </w:p>
    <w:p w14:paraId="7CA87E9A" w14:textId="77777777" w:rsidR="00BE02F2" w:rsidRDefault="00BE02F2" w:rsidP="00BE02F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sectPr w:rsidR="00BE02F2" w:rsidSect="003F7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8311779">
    <w:abstractNumId w:val="8"/>
  </w:num>
  <w:num w:numId="2" w16cid:durableId="1440298604">
    <w:abstractNumId w:val="6"/>
  </w:num>
  <w:num w:numId="3" w16cid:durableId="1526015097">
    <w:abstractNumId w:val="5"/>
  </w:num>
  <w:num w:numId="4" w16cid:durableId="1147361330">
    <w:abstractNumId w:val="4"/>
  </w:num>
  <w:num w:numId="5" w16cid:durableId="685984251">
    <w:abstractNumId w:val="7"/>
  </w:num>
  <w:num w:numId="6" w16cid:durableId="1565526915">
    <w:abstractNumId w:val="3"/>
  </w:num>
  <w:num w:numId="7" w16cid:durableId="739906256">
    <w:abstractNumId w:val="2"/>
  </w:num>
  <w:num w:numId="8" w16cid:durableId="33968096">
    <w:abstractNumId w:val="1"/>
  </w:num>
  <w:num w:numId="9" w16cid:durableId="903101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5DAB"/>
    <w:rsid w:val="00126783"/>
    <w:rsid w:val="0015074B"/>
    <w:rsid w:val="00167C86"/>
    <w:rsid w:val="001960C5"/>
    <w:rsid w:val="0029639D"/>
    <w:rsid w:val="00326F90"/>
    <w:rsid w:val="003B5895"/>
    <w:rsid w:val="003F760B"/>
    <w:rsid w:val="004C3352"/>
    <w:rsid w:val="005E08BD"/>
    <w:rsid w:val="00690DA3"/>
    <w:rsid w:val="007D162C"/>
    <w:rsid w:val="008D7680"/>
    <w:rsid w:val="008F02B0"/>
    <w:rsid w:val="009C0853"/>
    <w:rsid w:val="009F28EA"/>
    <w:rsid w:val="00A22297"/>
    <w:rsid w:val="00AA1D8D"/>
    <w:rsid w:val="00B47730"/>
    <w:rsid w:val="00BA55B1"/>
    <w:rsid w:val="00BB44E5"/>
    <w:rsid w:val="00BE02F2"/>
    <w:rsid w:val="00CB0664"/>
    <w:rsid w:val="00CC683E"/>
    <w:rsid w:val="00D607EE"/>
    <w:rsid w:val="00D86FDD"/>
    <w:rsid w:val="00E4215A"/>
    <w:rsid w:val="00E546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7E36F4"/>
  <w14:defaultImageDpi w14:val="330"/>
  <w15:docId w15:val="{6661B20B-5017-41FE-914A-28FE3336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5</cp:revision>
  <cp:lastPrinted>2025-11-02T09:41:00Z</cp:lastPrinted>
  <dcterms:created xsi:type="dcterms:W3CDTF">2025-11-13T12:54:00Z</dcterms:created>
  <dcterms:modified xsi:type="dcterms:W3CDTF">2026-09-11T04:40:00Z</dcterms:modified>
  <cp:category/>
</cp:coreProperties>
</file>